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העלייה – כולנו הגענו מאיפשהו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העלייה ואת הרעיון של קבלת האחר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שונות המתאימות לשכבות גיל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סיפורי הגעה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לחגוג סיפורי הגעה ולבנות רגישות לתלמידים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היום כולל גם סיפורי מעברים אחרים כמו מעבר דירה או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הפעילויות המוצעות לתיכון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(מזוודת הסיפורים - ציור חפץ למעבר)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(ראיון עם מבוגר על סיפור הגעה)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(שיחה אישית על חוויית היותך חדש/ה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(מחקר קטן על גלי עלייה והקשר למשפחה)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ההכנות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 - לברר בעדינות אילו שפות מדוברות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 - לשלוח הודעה למשפחות על אפשרות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 - להכין את המזוודה ואת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 - להדגיש שכל סיפור מעבר הוא לגיטימי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ירגיש שהחוויה שלו חשובה ושייכת, לא רק מי שהיגר ממדינה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לשלושה טיפים מעשיים ואדיבים, הקשורים לחיי היומיום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בניית רגישות ושייכות לכל התלמידים, כולל מי שעבר מעבר כלשהו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מתאימה לשכבת הגיל שנלמדה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 הפעילויות הן לפי בחירה ולא כפייה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אווירה רגישה ולא ללחוץ על אף תלמיד לשתף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השאלות לשכבת הגיל הספציפית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לפני מילוי הדף כדי ליצור הקשר רגשי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העלייה – כולנו הגענו מאיפשהו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העלייה הוא יום מיוחד בבית הספר שבו חוגגים סיפורי הגעה והתחלות חדשות של כולם - לא רק של עולים חדשים, אלא גם של מי שעבר דירה או עיר. המטרה היא לבנות רגישות ותחושת שייכות לכל התלמידים.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מצוין יום העלייה בבתי ספר 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כ'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אחת ממטרות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לחגוג סיפורי הגעה ולבנות רגישות לתלמידים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ללמד היסטוריה של 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להתחרות בין כיתות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היום חוגג רק את סיפוריהם של עולים חדשים ממדינות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לתיכון יש גם חקר קטן על גלי עלייה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א'-ג'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ראיון עם מבוגר על סיפור הגעה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ד'-ו'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מזוודת הסיפורים - ציור חפץ למעבר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מחקר קטן על גלי עלייה והקשר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שיחה אישית על חוויית היותך חדש/ה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ההכנות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לפני - להכין את המזוודה ואת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שבועיים לפני - לברר בעדינות אילו שפות מדוברות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 - להדגיש שכל סיפור מעבר הוא לגיטימי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 - לשלוח הודעה למשפחות על אפשרות 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לציין שגם 'עברנו דירה' נחשב סיפור הגעה?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טיפים ל'מדריך הישרדות' לתלמיד/ה חדש/ה בכיתה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המרכזית של יום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לפעילות המתאימה לגיל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העלייה – כולנו הגענו מאיפשהו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