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העלייה – כולנו הגענו מאיפשהו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מטרת יום העלייה ואת הרעיון של קבלת האחר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פעילויות שונות המתאימות לשכבות גיל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סיפורי הגעה ושייכות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ז'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לחגוג סיפורי הגעה ולבנות רגישות לתלמידים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מציירים חפץ שהיו לוקחים למקום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קבוצת מתנדבים שמלווה תלמידים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להיות 'מורי שפה' וללמד מילה או שיר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היום כולל גם סיפורי מעברים אחרים כמו מעבר דירה או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אחת הפעילויות המוצעות לתיכון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ההשתתפות היא תמיד לפי בחירה ולא בכפייה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נחשב סיפור הגעה לגיטימי כמו כל סיפור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שיתוף המשפחות הוא לפי רצון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(מזוודת הסיפורים - ציור חפץ למעבר)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(ראיון עם מבוגר על סיפור הגעה)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(שיחה אישית על חוויית היותך חדש/ה במקום)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(מחקר קטן על גלי עלייה והקשר למשפחה)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(בחירת תמונת חפץ והשלמת משפט 'אני לוקח/ת... כי...')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 ההכנות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שבועיים לפני - לברר בעדינות אילו שפות מדוברות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שבוע לפני - לשלוח הודעה למשפחות על אפשרות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יום לפני - להכין את המזוודה ואת המפה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 - להדגיש שכל סיפור מעבר הוא לגיטימי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 - לתלות את שלט ה'שלום' על הדלת לכל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שכל תלמיד ירגיש שהחוויה שלו חשובה ושייכת, לא רק מי שהיגר ממדינה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ללוות תלמידים חדשים בשבועות הראשונים ולעזור להם להרגיש שייכים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 לשלושה טיפים מעשיים ואדיבים, הקשורים לחיי היומיום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אישי עם הסבר הגיוני לחיבור לחפץ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בניית רגישות ושייכות לכל התלמידים, כולל מי שעבר מעבר כלשהו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מתאימה לשכבת הגיל שנלמדה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רוב הפעילויות הן לפי בחירה ולא כפייה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לשמור על אווירה רגישה ולא ללחוץ על אף תלמיד לשתף 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להתאים את השאלות לשכבת הגיל הספציפית של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בדיון קצר לפני מילוי הדף כדי ליצור הקשר רגשי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העלייה – כולנו הגענו מאיפשהו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יום מיוחד בבית ספר. ביום הזה מספרים איך הגענו למקום חדש. זה יכול להיות עלייה מארץ אחרת, או גם מעבר דירה. כולם מספרים את הסיפור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הגעה והתיישבות של יהודים בישראל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קליטה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התהליך של להרגיש בבית במקום חדש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שייכות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שאתה חלק מהקבוצה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גל עלייה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הרבה אנשים שהגיעו יחד בתקופה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שגרירי קליטה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תלמידים מתנדבים שעוזרים לתלמידים חדשים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 שפה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 עולה שמלמד את הכיתה מילה או שיר מהשפה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לבחור אם לעשות, לא חובה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מדריך הישרדות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טיפים לתלמיד חדש על החיים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חוגגים את יום העלייה?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א'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ז'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כ'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עושים את היום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לחגוג סיפורי הגעה ולבנות רגישות לתלמידים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ללמד היסטוריה של מדינות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להתחרות בין כיתות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בפעילות המזוודה?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מציירים חפץ שהיו לוקחים למקום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לומדים שיר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זה שגריר קליטה?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קבוצת מתנדבים שמלווה תלמידים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תחרות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מקהלה בית ספרית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פרויקט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מזמינים תלמיד עולה להשתתף?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להיות 'מורי שפה' וללמד מילה או שיר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להישאר בבית ביום הזה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מבחן 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לשבת לבד בהפסקה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היום חוגג רק את סיפוריהם של עולים חדשים ממדינות אחרות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לתיכון יש גם חקר קטן על גלי עלייה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על כל תלמיד עולה לספר את סיפורו מול הכיתה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במפת המסעות הכיתתית אפשר לסמן גם 'עברנו דירה' כסיפור הגעה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ביום זה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התאמת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א'-ג'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מחקר קטן על גלי עלייה והקשר למשפחה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ד'-ו'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מזוודת הסיפורים - ציור חפץ למעבר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חטיבת ביניים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בחירת תמונת חפץ והשלמת משפט 'אני לוקח/ת... כי...'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ראיון עם מבוגר על סיפור הגעה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התאמה לחנ״מ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שיחה אישית על חוויית היותך חדש/ה במקום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 ההכנות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 - להדגיש שכל סיפור מעבר הוא לגיטימי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 - להכין את המזוודה ואת המפה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 - לתלות את שלט ה'שלום' על הדלת לכל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 - לשלוח הודעה למשפחות על אפשרות ראיון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שבועיים לפני - לברר בעדינות אילו שפות מדוברות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חשוב לציין שגם 'עברנו דירה' נחשב סיפור הגעה?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תפקידם של 'שגרירי קליטה' בבית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טיפים ל'מדריך הישרדות' לתלמיד/ה חדש/ה בכיתה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חפץ אחד שהייתם לוקחים איתכם אם הייתם עוברים למקום חדש,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המרכזית של יום העלייה?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המתאימה לגיל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לגבי השתתפות - חובה או רשות?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העלייה – כולנו הגענו מאיפשהו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