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העלייה – כולנו הגענו מאיפשהו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יום העלייה ואת הרעיון של קבלת האחר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פעילויות שונות המתאימות לשכבות גיל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סיפורי הגעה ושייכות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ז'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לחגוג סיפורי הגעה ולבנות רגישות לתלמידים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מציירים חפץ שהיו לוקחים למקום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קבוצת מתנדבים שמלווה תלמידים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להיות 'מורי שפה' וללמד מילה או שיר מהבית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היום כולל גם סיפורי מעברים אחרים כמו מעבר דירה או 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אחת הפעילויות המוצעות לתיכון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ההשתתפות היא תמיד לפי בחירה ולא בכפייה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נחשב סיפור הגעה לגיטימי כמו כל סיפור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שיתוף המשפחות הוא לפי רצון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פעילות לשכבת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(מזוודת הסיפורים - ציור חפץ למעבר)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(ראיון עם מבוגר על סיפור הגעה)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(שיחה אישית על חוויית היותך חדש/ה במקום)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(מחקר קטן על גלי עלייה והקשר למשפחה)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(בחירת תמונת חפץ והשלמת משפט 'אני לוקח/ת... כי...')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ההכנות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שבועיים לפני - לברר בעדינות אילו שפות מדוברות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שבוע לפני - לשלוח הודעה למשפחות על אפשרות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יום לפני - להכין את המזוודה ואת המפה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ביום עצמו - להדגיש שכל סיפור מעבר הוא לגיטימי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אחרי האירוע - לתלות את שלט ה'שלום' על הדלת לכל השנה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שכל תלמיד ירגיש שהחוויה שלו חשובה ושייכת, לא רק מי שהיגר ממדינה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ללוות תלמידים חדשים בשבועות הראשונים ולעזור להם להרגיש שייכים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לשלושה טיפים מעשיים ואדיבים, הקשורים לחיי היומיום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אישי עם הסבר הגיוני לחיבור לחפץ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בניית רגישות ושייכות לכל התלמידים, כולל מי שעבר מעבר כלשהו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מתאימה לשכבת הגיל שנלמדה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רוב הפעילויות הן לפי בחירה ולא כפייה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לשמור על אווירה רגישה ולא ללחוץ על אף תלמיד לשתף סיפור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להתאים את השאלות לשכבת הגיל הספציפית של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לפתוח בדיון קצר לפני מילוי הדף כדי ליצור הקשר רגשי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העלייה – כולנו הגענו מאיפשהו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יום העלייה הוא יום מיוחד בבית הספר שבו חוגגים סיפורי הגעה והתחלות חדשות של כולם - לא רק של עולים חדשים, אלא גם של מי שעבר דירה או עיר. המטרה היא לבנות רגישות ותחושת שייכות לכל התלמידים.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תאריך עברי מצוין יום העלייה בבתי ספר רבים?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א'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ז'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כ' בכסלו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אחת ממטרות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לחגוג סיפורי הגעה ולבנות רגישות לתלמידים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ללמד היסטוריה של מדינות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להתחרות בין כיתות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לתרגל 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בפעילות 'מזוודת הסיפורים' (יסודי א'-ג') מה עושים הילדים?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מציירים חפץ שהיו לוקחים למקום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משחקים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לומדים שיר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פעילות 'שגרירי קליטה' בחטיבת הביניים?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קבוצת מתנדבים שמלווה תלמידים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תחרות 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מקהלה בית ספרית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פרויקט מדעי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ההתאמה המוצעת לתלמידים 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להיות 'מורי שפה' וללמד מילה או שיר מהבית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להישאר בבית ביום הזה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מבחן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לשבת לבד בהפסקה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חוגג רק את סיפוריהם של עולים חדשים ממדינות אחרות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בפעילות לתיכון יש גם חקר קטן על גלי עלייה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חובה על כל תלמיד עולה לספר את סיפורו מול הכיתה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במפת המסעות הכיתתית אפשר לסמן גם 'עברנו דירה' כסיפור הגעה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שיתוף המשפחות ביום זה הוא חובה לכל התלמידים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פעילות לשכבת 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יסודי א'-ג'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ראיון עם מבוגר על סיפור הגעה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יסודי ד'-ו'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מחקר קטן על גלי עלייה והקשר למשפחה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חטיבת ביניים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מזוודת הסיפורים - ציור חפץ למעבר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תיכון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בחירת תמונת חפץ והשלמת משפט 'אני לוקח/ת... כי...'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התאמה לחנ״מ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שיחה אישית על חוויית היותך חדש/ה במקום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ההכנות לאירוע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 לפני - לשלוח הודעה למשפחות על אפשרות 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לפני - להכין את המזוודה ואת המפה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שבועיים לפני - לברר בעדינות אילו שפות מדוברות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האירוע - לתלות את שלט ה'שלום' על הדלת לכל השנה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עצמו - להדגיש שכל סיפור מעבר הוא לגיטימי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חשוב לציין שגם 'עברנו דירה' נחשב סיפור הגעה?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תפקידם של 'שגרירי קליטה' בבית הספר?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טיפים ל'מדריך הישרדות' לתלמיד/ה חדש/ה בכיתה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חפץ אחד שהייתם לוקחים איתכם אם הייתם עוברים למקום חדש,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המטרה המרכזית של יום העלייה?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לפעילות המתאימה לגיל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לזכור לגבי השתתפות - חובה או רשות?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העלייה – כולנו הגענו מאיפשהו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